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الإستفهام عند بدر شاكر السياب دراسة 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عجرود إيمان/ سرغين مروة/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80094911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