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كريوط فطيمة/ بوضفار مروة/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أقسام حروف العطف/ عند البصريين/ عند الكوفيين/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