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الحذف فير اللغة العربية سورة الأحقاف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رشيدة/ شوفي حياة/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تقدير المحذوفات/ المحذوفات الموجودة في السورة/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