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المقاربة المناصية في دراسة النصوص الأدبية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رقيعي سامية/ رزايقي زهية/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80095211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