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للصورة في تعليم حروف اللغة العربية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طياب فطيمة/ سطاطحة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بيداغوجية الصورة/ أبعادها وطرق إدراكها/ تعليم حروف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