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جمالية الإستعارة عند  عبد القاهر الجرجاني في كتابه أسرار البلاغة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بودن أمينة/ بوخميلة حياة/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80096511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الاستعارة/ نظرية النظم/ الشواهد الشعرية/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