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الإلتفات من الغيبة إلى الخطاب دراسة أسلوبية سورة الشعراء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عرابة بثينة/ لطرش بسمة/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الالتفات في ضوء علم الأسلوب/ دراسة تطبيقية/ سورة الشعراء/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