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في الكتاب لسيبويه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أور النادر سمية/ بالي بسمة/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العلاقة بين اللهجة و اللغة/ مستويات الاختلافات اللهجية/ المسائل النحوية وعلاقتها بالإعراب/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