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الأسس العلمية في وضع المصطلح 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بوشعير سلاف/ بوالنمر نسيمة/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العملية الاصطلاحية/ تعدد المصطلح وسبل توحيده/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