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متاهات ليل الفتنة لأحميدة العياشي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سرتي دنيا/ بوخلالة نورة/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