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رواية شعلة المايدة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يسي أ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رواية شعلة الما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