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عبد الملك مرتاض مرايا مشطية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قاسمية إيمان/ رابحي درية/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السرد/ رواية عبد الملك مرتاض/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