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الرمز وجماليته في ديوان يغير ألوانه البحر 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طغان مريم/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الرمز/ نازك الملائكة/ الرمز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