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السيرة رواية كشف المحجوب لفريد الأنصاري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كنزة/ دهيمي حياة/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