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قصة سليمان عليه السلام مع الهدهد وملكة سبأ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جامع ياسمينة/ بوريو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800107011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