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وصف البيئة الأندلسية في موشحات ابن زهر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بعزيز وفاء/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800107811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