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دير الجماجم للحجاج بن يوسف الثقفي مقاربة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لزرق نسيمة/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