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شعر عروة بن الورد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بوجمعة طلحة/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