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رمضان حمود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شلي فاطمة/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رمضان حمود/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