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المغلق المعتمد بن عباد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فطيمة/ بولعوينات أمينة/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الفضاء المغلق/ المعتمد بن عباد/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