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للأمثال والحكم ميلة وقسنطينة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دمبري وفاء/ مقيمح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الأمثال/ الحكم/ قسنطينة/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