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فرسان الأحلام القتيلة لإبر اهيم  الكوني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غطاهم إيمان/ مزهود صفية/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 السردية/ إبراهيم الكوني/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