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اللساني عند أحمد المتوكل من خلال كتابه الوظائف التداولية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لعقد سارة/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الوظيفي/ المصطلح اللساني/ أحمد المتوكل/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