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اللسانية في قصيدة من مفكرة عاشق دمشقي لـ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لبيوض نبيهة/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النص/ الإتساق النصي/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