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صوتية لقصائد بشير عروس ضمن مجموعة الحواس الس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عماش راضية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تيات/ قصائد بشير عرو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