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المثقف والسلطة في رواية أصابع لوليتا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بنور ياسمينة/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السلطة/ واسيني الأعرج/ رواية أصابع لوليتا/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