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المباحث التداولية في كتاب دلائل الإعجاز لعبد القاهر الجرجاني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جواب الله أمال/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التداولية/ عبد القاهر الجرجاني/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