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التداولية في كتاب البيان والتبيين للجاحظ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علية كمال/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التراث العربي/ التداولية/ الجاحظ/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