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تعليم اللغة العربية في المدرسة الجزائرية السنة الثالثة من التعليم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الشبلي سهام/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المدرسة الجزائرية/ السنة الثالثة إبتدائي/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