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التعريف والتنكير في توجيه المعنى قصيدة إرادة الحياة لأبي القاسم الشابي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بيوض مريم/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القاسم الشابي/ المعرفة والنكرة/ قصيدة إرادة الحياة/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