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المختلف و أزمة الأقليات قراءة سوسيو نصية في رواية يا مريم لسنان أنطوان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دار قديمة أميرة/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إشكالية المختلف/ دلالات الأزمة/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