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وازي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نسة قندولي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واسيني الأعرج/ رواية مملكة الفرا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