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المنطوق والمفهوم عند الأصوليين وأثرهما في إستنباط أحكام القرآن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مجوج سهام/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دلالة المفهوم/ دلالة المنطوق/ أحكام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