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عنف السلطة واغتراب الذات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 سميحة/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السلطة/ واسيني الأعرج/ رواية مملكة الفراشة/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