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صراع المركز والهامش في رواية مذنبون لون دمهم في كفي للحبيب السائح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بارة سليمة/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 الجزائرية/ الحبيب السائح/ المركز/ الهامش/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