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نسيان com لأحلام مستغانمي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قربوصة سامية/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العتبات النصية/ أحلام مستغانمي/ رواية نسيان/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