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استحضار الشخصية التراثية في ديوان أسفار الملائكة لعز الدين ميهوبي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مريم/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الشخصية/ ديوان أسفار الملائكة/ عز الدين ميهوبي/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