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الآخر في شعر الأمير عبد القادر الجزائري دراسة جمالية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مرزوق جميلة/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الأمير عبد القادر/ الآخر/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