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الشعر النسوي الجزائري المعاصر قصائد معتقة بالأسى لسامية زقاري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عثماني حياة/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النسوي/ الرجل/ سامية زقاري/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