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قصيدة الشافية لأبي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كريوش حياة/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فراس الحمداني/ الصورة الشعرية/ 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