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عصام حسن احمد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9789957761776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البحث العلمي/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