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9789957249038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المبيعات/ تحليل/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