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الاختبارات الاحصائية : اسس وتطبيقات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ياسين طعمة/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9789957245818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 الوصفي/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