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 : قضايا معاصرة في الفكر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حجيم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9789957249434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الموارد البشرية/ الفكر الاداري/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