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الاستشراف الاستراتيجي ومستوى التمكين التنظيمي : اسلوب كمي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هادي البغدادي/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9789957248482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التمكين التنظيمي/ الاستشراف/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