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فتحي احمد ذياب عواد/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9789957761554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المالية العامة/ الاداري الاقتصاد/ الضرائب/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