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برنامج الاحصائي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يهاب عبد السل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التحليل الإحصائي/ برامج الحاس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