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كامل علاوي كاظم الفتلاوي/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