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الاقتصادي : النظرية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الانحدار/ الارتباط/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