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التحليل الكمي : مدخل لدراسة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التسويق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